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המחוון והבדיקה העצמית בעבודת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קריטריוני ההערכה של עבודת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אילו רכיבים חייבים להופיע בעבודה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במחוון ובבדיקה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שם העבודה, שם התלמיד, הכיתה ושם המורה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ברשימת הבדיקה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רשימת מקורות היא חלק חובה מהעבודה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תוכן ומידע שווים 25% ועיצוב רק 10%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נדרש ברשימת הבדיקה העצמית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תוכן עניינים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קריטריון לאחוז שלו במחוון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(25%)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(20%)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(15%)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(10%)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(5%)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לפני ההגשה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כל שמונת הפרקים של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ערכו ראיון וכתבו לפחות ציטוט אחד במירכאות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הוסיפו תמונות עם כיתוב לכל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קראו את העבודה שוב ותקנו שגיאות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את העבודה מול המחוון ובקשו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כנות, דוגמה אישית אחת לפחות, ומחשבה על התהליך ולא רק על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תוכן ומידע (25%) ולשון וכתיבה (20%)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מי, מה, איפה ומתי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הרכיבים קיימים ולתקן שגיאות לפני ההגשה הסופית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ולבקש מהם לבדוק עבודה לדוגמה מול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הציטוט במירכאות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המחוון והבדיקה העצמית בעבודת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עבודת השורשים נבדקת לפי מחוון עם קריטריונים ואחוזים שונים. לפני ההגשה חשוב לעבור על רשימת בדיקה עצמית ולוודא שכל הרכיבים קיימים.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אחוזים מהציון מוקדשים לקריטריון תוכן ומידע?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פרקים צריכים להיות בעבודת השורשים?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אחוזים מוקדשים לקריטריון ראיון וציטוט?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המשקל של עמידה בלוח הזמנים במחוון?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צריך להיות בשער 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העבודה, שם התלמיד, הכיתה ושם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מקורות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רפלקציה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תמונה בעבודה צריך להיות כיתוב עם מי, מה, איפה ומתי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להגיש את העבודה בלי רשימת מקורות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העיצוב והתמונות במחוון גבוה יותר ממשקל התוכן והמידע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טוב צריך לכלול לפחות ציטוט אחד במירכאות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כלי שמראה איך תיבדק העבודה ולפי אילו 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בעמוד הראשון של העבודה צריך להיות __________ עם שם העבודה והכיתה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מראה את רשימת הפרקים ואת מספרי העמודים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ההגשה חשוב לבדוק את העבודה מול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קריטריון לאחוז שלו במחוון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תוכן ומידע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10%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לשון וכתיבה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5%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וציטוט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20%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מבנה וארגון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15%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25%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את העבודה מול המחוון ובקשו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כל שמונת הפרקים של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העבודה שוב ותקנו שגיאות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תמונות עם כיתוב לכל תמונה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ערכו ראיון וכתבו לפחות ציטוט אחד במירכאות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רפלקציה קצרה: מה היה מעניין בתהליך כתיבת עבודת השורשים, ומה היה מאתגר?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קריטריונים הם בעלי המשקל הגבוה ביותר במחוון?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כתוב ליד כל תמונה בעבודה?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הבדיקה העצמית לפני ההגשה?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המחוון והבדיקה העצמית בעבודת השורשים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