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המחוון והבדיקה העצמית בעבודת השורשים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קריטריוני ההערכה של עבודת השורשים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אילו רכיבים חייבים להופיע בעבודה לפני ההגשה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במחוון ובבדיקה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25%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15%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5%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שם העבודה, שם התלמיד, הכיתה ושם המורה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ברשימת הבדיקה העצמית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רשימת מקורות היא חלק חובה מהעבודה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תוכן ומידע שווים 25% ועיצוב רק 10%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נדרש ברשימת הבדיקה העצמית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תוכן עניינים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קריטריון לאחוז שלו במחוון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(25%)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(20%)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(15%)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(10%)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(5%)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ההכנה לפני ההגשה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את כל שמונת הפרקים של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ערכו ראיון וכתבו לפחות ציטוט אחד במירכאות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הוסיפו תמונות עם כיתוב לכל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קראו את העבודה שוב ותקנו שגיאות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בדקו את העבודה מול המחוון ובקשו משוב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כנות, דוגמה אישית אחת לפחות, ומחשבה על התהליך ולא רק על התוצאה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תוכן ומידע (25%) ולשון וכתיבה (20%)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מי, מה, איפה ומתי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שכל הרכיבים קיימים ולתקן שגיאות לפני ההגשה הסופית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לזוגות ולבקש מהם לבדוק עבודה לדוגמה מול המחוון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חשיבות הציטוט במירכאות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המחוון והבדיקה העצמית בעבודת השורשים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עבודה גדולה שנקראת עבודת שורשים. יש טבלה שאומרת איך בודקים אותה. לפני שמגישים צריך לבדוק הכל ברשימה.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שמראה איך בודקים ומעריכים את העבודה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קריטריון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תנאי או נושא שלפיו בודקים את העבודה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מחשבה אישית על התהליך והלמידה שלי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ציטוט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העתקה מדויקת של דברי מישהו, בתוך מירכאות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תוכן עניינים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הפרקים עם מספרי העמודים שלהם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המקומות שמהם אספתי מידע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שער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העמוד הראשון של העבודה עם השם והפרטים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בדיקה עצמית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לבד את העבודה לפני שמגישים אותה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אחוז זה תוכן ומידע?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פרקים יש בעבודה?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אחוז זה הראיון?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אחוז זה הגשה בזמן?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כותבים בעמוד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העבודה, שם התלמיד, הכיתה ושם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רשימת מקורות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רפלקציה אישית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תמונה בעבודה צריך להיות כיתוב עם מי, מה, איפה ומתי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להגיש את העבודה בלי רשימת מקורות בסוף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משקל העיצוב והתמונות במחוון גבוה יותר ממשקל התוכן והמידע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טוב צריך לכלול לפחות ציטוט אחד במירכאות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כלי שמראה איך תיבדק העבודה ולפי אילו קריטריונים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בעמוד הראשון של העבודה צריך להיות __________ עם שם העבודה והכיתה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מראה את רשימת הפרקים ואת מספרי העמודים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ההגשה חשוב לבדוק את העבודה מול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קריטריון לאחוז שלו במחוון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תוכן ומידע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10%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לשון וכתיבה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15%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ראיון וציטוט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5%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מבנה וארגון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20%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מקורות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25%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ההכנה לפני ההגשה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את העבודה מול המחוון ובקשו משוב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את העבודה שוב ותקנו שגיאות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את כל שמונת הפרקים של העבודה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ערכו ראיון וכתבו לפחות ציטוט אחד במירכאות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הוסיפו תמונות עם כיתוב לכל תמונה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רפלקציה קצרה: מה היה מעניין בתהליך כתיבת עבודת השורשים, ומה היה מאתגר?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שני קריטריונים הם בעלי המשקל הגבוה ביותר במחוון?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חייב להיות כתוב ליד כל תמונה בעבודה?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תפקיד הבדיקה העצמית לפני ההגשה?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המחוון והבדיקה העצמית בעבודת השורשים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